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0E47F" w14:textId="77777777" w:rsidR="00BB4E7C" w:rsidRDefault="005C2B94">
      <w:pPr>
        <w:spacing w:after="80"/>
        <w:rPr>
          <w:lang w:eastAsia="zh-CN"/>
        </w:rPr>
      </w:pPr>
      <w:r>
        <w:rPr>
          <w:rFonts w:ascii="Noto Sans CJK SC" w:eastAsia="Noto Sans CJK SC" w:hAnsi="Noto Sans CJK SC"/>
          <w:b/>
          <w:lang w:eastAsia="zh-CN"/>
        </w:rPr>
        <w:t>附件2</w:t>
      </w:r>
    </w:p>
    <w:p w14:paraId="73BABC1E" w14:textId="77777777" w:rsidR="00BB4E7C" w:rsidRDefault="005C2B94">
      <w:pPr>
        <w:spacing w:before="80" w:after="80"/>
        <w:jc w:val="center"/>
        <w:rPr>
          <w:lang w:eastAsia="zh-CN"/>
        </w:rPr>
      </w:pPr>
      <w:r>
        <w:rPr>
          <w:rFonts w:ascii="Noto Sans CJK SC" w:eastAsia="Noto Sans CJK SC" w:hAnsi="Noto Sans CJK SC"/>
          <w:b/>
          <w:sz w:val="36"/>
          <w:lang w:eastAsia="zh-CN"/>
        </w:rPr>
        <w:t>中国铁道学会高质量博士、硕士学位论文汇编推荐表</w:t>
      </w:r>
    </w:p>
    <w:p w14:paraId="5DCFBEE3" w14:textId="77777777" w:rsidR="00BB4E7C" w:rsidRDefault="005C2B94">
      <w:pPr>
        <w:jc w:val="center"/>
      </w:pPr>
      <w:r>
        <w:t>（2026年度）</w:t>
      </w:r>
    </w:p>
    <w:tbl>
      <w:tblPr>
        <w:tblW w:w="5000" w:type="pct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1440"/>
        <w:gridCol w:w="1725"/>
        <w:gridCol w:w="1700"/>
        <w:gridCol w:w="1467"/>
        <w:gridCol w:w="1439"/>
        <w:gridCol w:w="1955"/>
      </w:tblGrid>
      <w:tr w:rsidR="00BB4E7C" w14:paraId="6E41889E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8773C6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论文类别</w:t>
            </w:r>
            <w:proofErr w:type="spellEnd"/>
          </w:p>
        </w:tc>
        <w:tc>
          <w:tcPr>
            <w:tcW w:w="1761" w:type="pct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717A53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□ 博士学位论文    □ 硕士学位论文</w:t>
            </w:r>
          </w:p>
        </w:tc>
        <w:tc>
          <w:tcPr>
            <w:tcW w:w="754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6EA4B0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学位类型</w:t>
            </w:r>
            <w:proofErr w:type="spellEnd"/>
          </w:p>
        </w:tc>
        <w:tc>
          <w:tcPr>
            <w:tcW w:w="1745" w:type="pct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0A1F2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□ 学术学位    □ 专业学位</w:t>
            </w:r>
          </w:p>
        </w:tc>
      </w:tr>
      <w:tr w:rsidR="00BB4E7C" w14:paraId="394B384D" w14:textId="77777777" w:rsidTr="00154215">
        <w:trPr>
          <w:trHeight w:val="680"/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230F15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论文题目</w:t>
            </w:r>
            <w:proofErr w:type="spellEnd"/>
          </w:p>
        </w:tc>
        <w:tc>
          <w:tcPr>
            <w:tcW w:w="4260" w:type="pct"/>
            <w:gridSpan w:val="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0671DE" w14:textId="77777777" w:rsidR="00BB4E7C" w:rsidRDefault="00BB4E7C">
            <w:pPr>
              <w:spacing w:after="0" w:line="252" w:lineRule="auto"/>
            </w:pPr>
          </w:p>
        </w:tc>
      </w:tr>
      <w:tr w:rsidR="00BB4E7C" w14:paraId="2681B362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BBB5F8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作者姓名</w:t>
            </w:r>
          </w:p>
        </w:tc>
        <w:tc>
          <w:tcPr>
            <w:tcW w:w="887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0B652" w14:textId="77777777" w:rsidR="00BB4E7C" w:rsidRDefault="00BB4E7C">
            <w:pPr>
              <w:spacing w:after="0" w:line="252" w:lineRule="auto"/>
              <w:jc w:val="center"/>
            </w:pPr>
          </w:p>
        </w:tc>
        <w:tc>
          <w:tcPr>
            <w:tcW w:w="874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F4FB8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联系电话</w:t>
            </w:r>
          </w:p>
        </w:tc>
        <w:tc>
          <w:tcPr>
            <w:tcW w:w="754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1F6D8" w14:textId="77777777" w:rsidR="00BB4E7C" w:rsidRDefault="00BB4E7C">
            <w:pPr>
              <w:spacing w:after="0" w:line="252" w:lineRule="auto"/>
              <w:jc w:val="center"/>
            </w:pPr>
          </w:p>
        </w:tc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7B4BB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电子邮箱</w:t>
            </w:r>
          </w:p>
        </w:tc>
        <w:tc>
          <w:tcPr>
            <w:tcW w:w="1005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4D31F1" w14:textId="77777777" w:rsidR="00BB4E7C" w:rsidRDefault="00BB4E7C">
            <w:pPr>
              <w:spacing w:after="0" w:line="252" w:lineRule="auto"/>
              <w:jc w:val="center"/>
            </w:pPr>
          </w:p>
        </w:tc>
      </w:tr>
      <w:tr w:rsidR="00BB4E7C" w14:paraId="7D02E1D1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B32E0" w14:textId="77777777" w:rsidR="00154215" w:rsidRDefault="005C2B94">
            <w:pPr>
              <w:spacing w:after="0" w:line="252" w:lineRule="auto"/>
              <w:jc w:val="center"/>
              <w:rPr>
                <w:rFonts w:ascii="Noto Sans CJK SC" w:eastAsia="Noto Sans CJK SC" w:hAnsi="Noto Sans CJK SC"/>
                <w:b/>
                <w:sz w:val="21"/>
              </w:rPr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学会会员</w:t>
            </w:r>
            <w:proofErr w:type="spellEnd"/>
          </w:p>
          <w:p w14:paraId="58CB7F5B" w14:textId="161C70AC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情况</w:t>
            </w:r>
            <w:proofErr w:type="spellEnd"/>
          </w:p>
        </w:tc>
        <w:tc>
          <w:tcPr>
            <w:tcW w:w="2515" w:type="pct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E1AE36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□ 个人（学生）会员    □ 非会员</w:t>
            </w:r>
          </w:p>
        </w:tc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51387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会员编号</w:t>
            </w:r>
            <w:proofErr w:type="spellEnd"/>
          </w:p>
        </w:tc>
        <w:tc>
          <w:tcPr>
            <w:tcW w:w="1005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AE795" w14:textId="77777777" w:rsidR="00BB4E7C" w:rsidRDefault="00BB4E7C">
            <w:pPr>
              <w:spacing w:after="0" w:line="252" w:lineRule="auto"/>
              <w:jc w:val="center"/>
            </w:pPr>
          </w:p>
        </w:tc>
      </w:tr>
      <w:tr w:rsidR="00BB4E7C" w14:paraId="6BC5A306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85604" w14:textId="77777777" w:rsidR="00154215" w:rsidRDefault="005C2B94">
            <w:pPr>
              <w:spacing w:after="0" w:line="252" w:lineRule="auto"/>
              <w:jc w:val="center"/>
              <w:rPr>
                <w:rFonts w:ascii="Noto Sans CJK SC" w:eastAsia="Noto Sans CJK SC" w:hAnsi="Noto Sans CJK SC"/>
                <w:b/>
                <w:sz w:val="21"/>
              </w:rPr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学位授予</w:t>
            </w:r>
            <w:proofErr w:type="spellEnd"/>
          </w:p>
          <w:p w14:paraId="729E12F2" w14:textId="1A7BA4A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单位</w:t>
            </w:r>
            <w:proofErr w:type="spellEnd"/>
          </w:p>
        </w:tc>
        <w:tc>
          <w:tcPr>
            <w:tcW w:w="4260" w:type="pct"/>
            <w:gridSpan w:val="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49D037" w14:textId="77777777" w:rsidR="00BB4E7C" w:rsidRDefault="00BB4E7C">
            <w:pPr>
              <w:spacing w:after="0" w:line="252" w:lineRule="auto"/>
            </w:pPr>
          </w:p>
        </w:tc>
      </w:tr>
      <w:tr w:rsidR="00BB4E7C" w14:paraId="1A5A70D1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E7A772" w14:textId="77777777" w:rsidR="00154215" w:rsidRDefault="005C2B94">
            <w:pPr>
              <w:spacing w:after="0" w:line="252" w:lineRule="auto"/>
              <w:jc w:val="center"/>
              <w:rPr>
                <w:rFonts w:ascii="Noto Sans CJK SC" w:eastAsia="Noto Sans CJK SC" w:hAnsi="Noto Sans CJK SC"/>
                <w:b/>
                <w:sz w:val="21"/>
              </w:rPr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学科</w:t>
            </w:r>
            <w:proofErr w:type="spellEnd"/>
            <w:r>
              <w:rPr>
                <w:rFonts w:ascii="Noto Sans CJK SC" w:eastAsia="Noto Sans CJK SC" w:hAnsi="Noto Sans CJK SC"/>
                <w:b/>
                <w:sz w:val="21"/>
              </w:rPr>
              <w:t>/</w:t>
            </w: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专业</w:t>
            </w:r>
            <w:proofErr w:type="spellEnd"/>
          </w:p>
          <w:p w14:paraId="180BFD3E" w14:textId="01B8858A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名称</w:t>
            </w:r>
            <w:proofErr w:type="spellEnd"/>
          </w:p>
        </w:tc>
        <w:tc>
          <w:tcPr>
            <w:tcW w:w="1761" w:type="pct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FEE1E8" w14:textId="77777777" w:rsidR="00BB4E7C" w:rsidRDefault="00BB4E7C">
            <w:pPr>
              <w:spacing w:after="0" w:line="252" w:lineRule="auto"/>
            </w:pPr>
          </w:p>
        </w:tc>
        <w:tc>
          <w:tcPr>
            <w:tcW w:w="754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56AA7" w14:textId="77777777" w:rsidR="00154215" w:rsidRDefault="005C2B94">
            <w:pPr>
              <w:spacing w:after="0" w:line="252" w:lineRule="auto"/>
              <w:jc w:val="center"/>
              <w:rPr>
                <w:rFonts w:ascii="Noto Sans CJK SC" w:eastAsia="Noto Sans CJK SC" w:hAnsi="Noto Sans CJK SC"/>
                <w:b/>
                <w:sz w:val="21"/>
              </w:rPr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学科</w:t>
            </w:r>
            <w:proofErr w:type="spellEnd"/>
            <w:r>
              <w:rPr>
                <w:rFonts w:ascii="Noto Sans CJK SC" w:eastAsia="Noto Sans CJK SC" w:hAnsi="Noto Sans CJK SC"/>
                <w:b/>
                <w:sz w:val="21"/>
              </w:rPr>
              <w:t>/</w:t>
            </w: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专业</w:t>
            </w:r>
            <w:proofErr w:type="spellEnd"/>
          </w:p>
          <w:p w14:paraId="332D4578" w14:textId="380F8F9E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代码</w:t>
            </w:r>
            <w:proofErr w:type="spellEnd"/>
          </w:p>
        </w:tc>
        <w:tc>
          <w:tcPr>
            <w:tcW w:w="1745" w:type="pct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ECB4E" w14:textId="77777777" w:rsidR="00BB4E7C" w:rsidRDefault="00BB4E7C">
            <w:pPr>
              <w:spacing w:after="0" w:line="252" w:lineRule="auto"/>
            </w:pPr>
          </w:p>
        </w:tc>
      </w:tr>
      <w:tr w:rsidR="00BB4E7C" w14:paraId="5595012C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6B09C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铁道专业方向</w:t>
            </w:r>
          </w:p>
        </w:tc>
        <w:tc>
          <w:tcPr>
            <w:tcW w:w="2515" w:type="pct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04690" w14:textId="77777777" w:rsidR="00154215" w:rsidRDefault="005C2B94">
            <w:pPr>
              <w:spacing w:after="0" w:line="252" w:lineRule="auto"/>
              <w:rPr>
                <w:sz w:val="19"/>
                <w:lang w:eastAsia="zh-CN"/>
              </w:rPr>
            </w:pPr>
            <w:r>
              <w:rPr>
                <w:sz w:val="19"/>
                <w:lang w:eastAsia="zh-CN"/>
              </w:rPr>
              <w:t xml:space="preserve">□ 铁道工程  □ 载运工具  □ 铁路运输  □ 通信信号  </w:t>
            </w:r>
          </w:p>
          <w:p w14:paraId="07D20A5F" w14:textId="00C8F0F3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19"/>
                <w:lang w:eastAsia="zh-CN"/>
              </w:rPr>
              <w:t>□ 牵引动力</w:t>
            </w:r>
          </w:p>
        </w:tc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606C5E" w14:textId="77777777" w:rsidR="00154215" w:rsidRDefault="005C2B94">
            <w:pPr>
              <w:spacing w:after="0" w:line="252" w:lineRule="auto"/>
              <w:jc w:val="center"/>
              <w:rPr>
                <w:rFonts w:ascii="Noto Sans CJK SC" w:eastAsia="Noto Sans CJK SC" w:hAnsi="Noto Sans CJK SC"/>
                <w:b/>
                <w:sz w:val="21"/>
              </w:rPr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学位授予</w:t>
            </w:r>
            <w:proofErr w:type="spellEnd"/>
          </w:p>
          <w:p w14:paraId="1FE48CBF" w14:textId="4C2FC333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日期</w:t>
            </w:r>
            <w:proofErr w:type="spellEnd"/>
          </w:p>
        </w:tc>
        <w:tc>
          <w:tcPr>
            <w:tcW w:w="1005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F831A3" w14:textId="77777777" w:rsidR="00BB4E7C" w:rsidRDefault="005C2B94">
            <w:pPr>
              <w:spacing w:after="0" w:line="252" w:lineRule="auto"/>
              <w:jc w:val="center"/>
            </w:pPr>
            <w:r>
              <w:rPr>
                <w:sz w:val="21"/>
              </w:rPr>
              <w:t xml:space="preserve">    年  月  日</w:t>
            </w:r>
          </w:p>
        </w:tc>
      </w:tr>
      <w:tr w:rsidR="00BB4E7C" w14:paraId="41ECEC02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5ACF59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导师姓名</w:t>
            </w:r>
          </w:p>
        </w:tc>
        <w:tc>
          <w:tcPr>
            <w:tcW w:w="887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1656B" w14:textId="77777777" w:rsidR="00BB4E7C" w:rsidRDefault="00BB4E7C">
            <w:pPr>
              <w:spacing w:after="0" w:line="252" w:lineRule="auto"/>
              <w:jc w:val="center"/>
            </w:pPr>
          </w:p>
        </w:tc>
        <w:tc>
          <w:tcPr>
            <w:tcW w:w="874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2C9CC6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导师职称</w:t>
            </w:r>
          </w:p>
        </w:tc>
        <w:tc>
          <w:tcPr>
            <w:tcW w:w="754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874F24" w14:textId="77777777" w:rsidR="00BB4E7C" w:rsidRDefault="00BB4E7C">
            <w:pPr>
              <w:spacing w:after="0" w:line="252" w:lineRule="auto"/>
              <w:jc w:val="center"/>
            </w:pPr>
          </w:p>
        </w:tc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3F18A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导师单位</w:t>
            </w:r>
          </w:p>
        </w:tc>
        <w:tc>
          <w:tcPr>
            <w:tcW w:w="1005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8636B1" w14:textId="77777777" w:rsidR="00BB4E7C" w:rsidRDefault="00BB4E7C">
            <w:pPr>
              <w:spacing w:after="0" w:line="252" w:lineRule="auto"/>
              <w:jc w:val="center"/>
            </w:pPr>
          </w:p>
        </w:tc>
      </w:tr>
      <w:tr w:rsidR="00BB4E7C" w14:paraId="60326CF9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6DC0C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论文答辩日期</w:t>
            </w:r>
            <w:proofErr w:type="spellEnd"/>
          </w:p>
        </w:tc>
        <w:tc>
          <w:tcPr>
            <w:tcW w:w="887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D4919A" w14:textId="77777777" w:rsidR="00BB4E7C" w:rsidRDefault="005C2B94">
            <w:pPr>
              <w:spacing w:after="0" w:line="252" w:lineRule="auto"/>
              <w:jc w:val="center"/>
            </w:pPr>
            <w:r>
              <w:rPr>
                <w:sz w:val="21"/>
              </w:rPr>
              <w:t xml:space="preserve">    年  月  日</w:t>
            </w:r>
          </w:p>
        </w:tc>
        <w:tc>
          <w:tcPr>
            <w:tcW w:w="874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2813C" w14:textId="77777777" w:rsidR="00BB4E7C" w:rsidRDefault="005C2B94">
            <w:pPr>
              <w:spacing w:after="0" w:line="252" w:lineRule="auto"/>
              <w:jc w:val="center"/>
            </w:pPr>
            <w:r>
              <w:rPr>
                <w:rFonts w:ascii="Noto Sans CJK SC" w:eastAsia="Noto Sans CJK SC" w:hAnsi="Noto Sans CJK SC"/>
                <w:b/>
                <w:sz w:val="21"/>
              </w:rPr>
              <w:t>作者现工作/学习单位</w:t>
            </w:r>
          </w:p>
        </w:tc>
        <w:tc>
          <w:tcPr>
            <w:tcW w:w="2499" w:type="pct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4AECB" w14:textId="77777777" w:rsidR="00BB4E7C" w:rsidRDefault="00BB4E7C">
            <w:pPr>
              <w:spacing w:after="0" w:line="252" w:lineRule="auto"/>
            </w:pPr>
          </w:p>
        </w:tc>
      </w:tr>
      <w:tr w:rsidR="00BB4E7C" w14:paraId="0937BDFE" w14:textId="77777777" w:rsidTr="00154215">
        <w:trPr>
          <w:jc w:val="center"/>
        </w:trPr>
        <w:tc>
          <w:tcPr>
            <w:tcW w:w="740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8B7463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关键词</w:t>
            </w:r>
            <w:proofErr w:type="spellEnd"/>
          </w:p>
        </w:tc>
        <w:tc>
          <w:tcPr>
            <w:tcW w:w="4260" w:type="pct"/>
            <w:gridSpan w:val="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CAAF8" w14:textId="77777777" w:rsidR="00BB4E7C" w:rsidRDefault="00BB4E7C">
            <w:pPr>
              <w:spacing w:after="0" w:line="252" w:lineRule="auto"/>
            </w:pPr>
          </w:p>
        </w:tc>
      </w:tr>
      <w:tr w:rsidR="00FE791B" w14:paraId="2E6DACB4" w14:textId="77777777" w:rsidTr="00A70DB1">
        <w:trPr>
          <w:trHeight w:val="5529"/>
          <w:jc w:val="center"/>
        </w:trPr>
        <w:tc>
          <w:tcPr>
            <w:tcW w:w="5000" w:type="pct"/>
            <w:gridSpan w:val="6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567906" w14:textId="4706029A" w:rsidR="00FE791B" w:rsidRDefault="00FE791B" w:rsidP="00A70DB1">
            <w:pPr>
              <w:spacing w:after="0" w:line="252" w:lineRule="auto"/>
              <w:jc w:val="both"/>
              <w:rPr>
                <w:lang w:eastAsia="zh-CN"/>
              </w:rPr>
            </w:pPr>
            <w:r>
              <w:rPr>
                <w:rFonts w:ascii="Noto Sans CJK SC" w:eastAsia="Noto Sans CJK SC" w:hAnsi="Noto Sans CJK SC"/>
                <w:b/>
                <w:sz w:val="21"/>
                <w:lang w:eastAsia="zh-CN"/>
              </w:rPr>
              <w:t>论文摘要（建议不超过800字）</w:t>
            </w:r>
          </w:p>
        </w:tc>
      </w:tr>
      <w:tr w:rsidR="00BB4E7C" w:rsidRPr="0083623D" w14:paraId="0238F150" w14:textId="77777777" w:rsidTr="00A70DB1">
        <w:trPr>
          <w:trHeight w:val="3830"/>
          <w:jc w:val="center"/>
        </w:trPr>
        <w:tc>
          <w:tcPr>
            <w:tcW w:w="5000" w:type="pct"/>
            <w:gridSpan w:val="6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879C2EE" w14:textId="77777777" w:rsidR="00BB4E7C" w:rsidRDefault="005C2B94">
            <w:pPr>
              <w:spacing w:after="60"/>
              <w:rPr>
                <w:lang w:eastAsia="zh-CN"/>
              </w:rPr>
            </w:pPr>
            <w:r>
              <w:rPr>
                <w:rFonts w:ascii="Noto Sans CJK SC" w:eastAsia="Noto Sans CJK SC" w:hAnsi="Noto Sans CJK SC"/>
                <w:b/>
                <w:sz w:val="21"/>
                <w:lang w:eastAsia="zh-CN"/>
              </w:rPr>
              <w:lastRenderedPageBreak/>
              <w:t>主要创新点（建议概括为1—3项）</w:t>
            </w:r>
          </w:p>
          <w:p w14:paraId="1237D026" w14:textId="77777777" w:rsidR="00BB4E7C" w:rsidRDefault="005C2B94">
            <w:pPr>
              <w:spacing w:after="0"/>
              <w:rPr>
                <w:lang w:eastAsia="zh-CN"/>
              </w:rPr>
            </w:pP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</w:p>
        </w:tc>
      </w:tr>
      <w:tr w:rsidR="00BB4E7C" w14:paraId="3C75C243" w14:textId="77777777" w:rsidTr="00A70DB1">
        <w:trPr>
          <w:trHeight w:val="3135"/>
          <w:jc w:val="center"/>
        </w:trPr>
        <w:tc>
          <w:tcPr>
            <w:tcW w:w="5000" w:type="pct"/>
            <w:gridSpan w:val="6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D8E43AE" w14:textId="77777777" w:rsidR="00BB4E7C" w:rsidRDefault="005C2B94">
            <w:pPr>
              <w:spacing w:after="60"/>
            </w:pPr>
            <w:proofErr w:type="spellStart"/>
            <w:r>
              <w:rPr>
                <w:rFonts w:ascii="Noto Sans CJK SC" w:eastAsia="Noto Sans CJK SC" w:hAnsi="Noto Sans CJK SC"/>
                <w:b/>
                <w:sz w:val="21"/>
              </w:rPr>
              <w:t>工程实践与应用价值</w:t>
            </w:r>
            <w:proofErr w:type="spellEnd"/>
          </w:p>
          <w:p w14:paraId="35C75E34" w14:textId="77777777" w:rsidR="00BB4E7C" w:rsidRDefault="005C2B94">
            <w:pPr>
              <w:spacing w:after="0"/>
            </w:pPr>
            <w:r>
              <w:br/>
            </w:r>
            <w:r>
              <w:br/>
            </w:r>
          </w:p>
        </w:tc>
      </w:tr>
      <w:tr w:rsidR="00BB4E7C" w14:paraId="724DE256" w14:textId="77777777" w:rsidTr="00A70DB1">
        <w:trPr>
          <w:trHeight w:val="5699"/>
          <w:jc w:val="center"/>
        </w:trPr>
        <w:tc>
          <w:tcPr>
            <w:tcW w:w="5000" w:type="pct"/>
            <w:gridSpan w:val="6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AA6839" w14:textId="77777777" w:rsidR="00BB4E7C" w:rsidRDefault="005C2B94">
            <w:pPr>
              <w:spacing w:after="60"/>
              <w:rPr>
                <w:lang w:eastAsia="zh-CN"/>
              </w:rPr>
            </w:pPr>
            <w:r>
              <w:rPr>
                <w:rFonts w:ascii="Noto Sans CJK SC" w:eastAsia="Noto Sans CJK SC" w:hAnsi="Noto Sans CJK SC"/>
                <w:b/>
                <w:sz w:val="21"/>
                <w:lang w:eastAsia="zh-CN"/>
              </w:rPr>
              <w:t>攻读学位期间与论文相关的代表性学术成果（发表论文、专利、工程应用等）</w:t>
            </w:r>
          </w:p>
          <w:p w14:paraId="006D0B0F" w14:textId="77777777" w:rsidR="00BB4E7C" w:rsidRDefault="005C2B94">
            <w:pPr>
              <w:spacing w:after="0"/>
              <w:rPr>
                <w:lang w:eastAsia="zh-CN"/>
              </w:rPr>
            </w:pP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</w:p>
        </w:tc>
      </w:tr>
    </w:tbl>
    <w:p w14:paraId="30F0FDAC" w14:textId="55501336" w:rsidR="00BB4E7C" w:rsidRDefault="00BB4E7C">
      <w:pPr>
        <w:rPr>
          <w:rFonts w:eastAsia="宋体"/>
          <w:lang w:eastAsia="zh-CN"/>
        </w:rPr>
      </w:pPr>
    </w:p>
    <w:tbl>
      <w:tblPr>
        <w:tblW w:w="5000" w:type="pct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2173"/>
        <w:gridCol w:w="7553"/>
      </w:tblGrid>
      <w:tr w:rsidR="00BB4E7C" w14:paraId="2E19E299" w14:textId="77777777" w:rsidTr="00154215">
        <w:trPr>
          <w:trHeight w:val="624"/>
          <w:jc w:val="center"/>
        </w:trPr>
        <w:tc>
          <w:tcPr>
            <w:tcW w:w="1117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407B3D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0"/>
              </w:rPr>
              <w:lastRenderedPageBreak/>
              <w:t>资格与合规性确认</w:t>
            </w:r>
            <w:proofErr w:type="spellEnd"/>
          </w:p>
        </w:tc>
        <w:tc>
          <w:tcPr>
            <w:tcW w:w="3883" w:type="pct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49F23" w14:textId="77777777" w:rsidR="00BB4E7C" w:rsidRDefault="005C2B94">
            <w:pPr>
              <w:spacing w:after="0" w:line="252" w:lineRule="auto"/>
            </w:pPr>
            <w:proofErr w:type="spellStart"/>
            <w:r>
              <w:rPr>
                <w:sz w:val="20"/>
              </w:rPr>
              <w:t>请逐项确认</w:t>
            </w:r>
            <w:proofErr w:type="spellEnd"/>
            <w:r>
              <w:rPr>
                <w:sz w:val="20"/>
              </w:rPr>
              <w:t>：</w:t>
            </w:r>
          </w:p>
        </w:tc>
      </w:tr>
      <w:tr w:rsidR="00BB4E7C" w14:paraId="4444E86F" w14:textId="77777777" w:rsidTr="00154215">
        <w:trPr>
          <w:trHeight w:val="624"/>
          <w:jc w:val="center"/>
        </w:trPr>
        <w:tc>
          <w:tcPr>
            <w:tcW w:w="1117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16DC1A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0"/>
              </w:rPr>
              <w:t>涉密</w:t>
            </w:r>
            <w:proofErr w:type="spellEnd"/>
            <w:r>
              <w:rPr>
                <w:rFonts w:ascii="Noto Sans CJK SC" w:eastAsia="Noto Sans CJK SC" w:hAnsi="Noto Sans CJK SC"/>
                <w:b/>
                <w:sz w:val="20"/>
              </w:rPr>
              <w:t>/</w:t>
            </w:r>
            <w:proofErr w:type="spellStart"/>
            <w:r>
              <w:rPr>
                <w:rFonts w:ascii="Noto Sans CJK SC" w:eastAsia="Noto Sans CJK SC" w:hAnsi="Noto Sans CJK SC"/>
                <w:b/>
                <w:sz w:val="20"/>
              </w:rPr>
              <w:t>知识产权</w:t>
            </w:r>
            <w:proofErr w:type="spellEnd"/>
          </w:p>
        </w:tc>
        <w:tc>
          <w:tcPr>
            <w:tcW w:w="388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6A717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□ 论文不涉密，不存在知识产权纠纷</w:t>
            </w:r>
          </w:p>
        </w:tc>
      </w:tr>
      <w:tr w:rsidR="00BB4E7C" w14:paraId="192167A2" w14:textId="77777777" w:rsidTr="00154215">
        <w:trPr>
          <w:trHeight w:val="624"/>
          <w:jc w:val="center"/>
        </w:trPr>
        <w:tc>
          <w:tcPr>
            <w:tcW w:w="1117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5C451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0"/>
              </w:rPr>
              <w:t>重复申报</w:t>
            </w:r>
            <w:proofErr w:type="spellEnd"/>
          </w:p>
        </w:tc>
        <w:tc>
          <w:tcPr>
            <w:tcW w:w="388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9910AB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□ 未参加过本论文汇编遴选，且未入选其他全国性学会同类高质量学位论文汇编、激励或托举项目</w:t>
            </w:r>
          </w:p>
        </w:tc>
      </w:tr>
      <w:tr w:rsidR="00BB4E7C" w14:paraId="6D69EDB3" w14:textId="77777777" w:rsidTr="00154215">
        <w:trPr>
          <w:trHeight w:val="624"/>
          <w:jc w:val="center"/>
        </w:trPr>
        <w:tc>
          <w:tcPr>
            <w:tcW w:w="1117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180D4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0"/>
              </w:rPr>
              <w:t>职称情况</w:t>
            </w:r>
            <w:proofErr w:type="spellEnd"/>
          </w:p>
        </w:tc>
        <w:tc>
          <w:tcPr>
            <w:tcW w:w="388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809BA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□ 论文答辩前，作者未取得副高级及以上专业技术职称</w:t>
            </w:r>
          </w:p>
        </w:tc>
      </w:tr>
      <w:tr w:rsidR="00BB4E7C" w14:paraId="05153E4F" w14:textId="77777777" w:rsidTr="00154215">
        <w:trPr>
          <w:trHeight w:val="624"/>
          <w:jc w:val="center"/>
        </w:trPr>
        <w:tc>
          <w:tcPr>
            <w:tcW w:w="1117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D0D0A9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0"/>
              </w:rPr>
              <w:t>学术诚信</w:t>
            </w:r>
            <w:proofErr w:type="spellEnd"/>
          </w:p>
        </w:tc>
        <w:tc>
          <w:tcPr>
            <w:tcW w:w="388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E194C6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□ 论文及相关成果不存在经查实的学术不端行为</w:t>
            </w:r>
          </w:p>
        </w:tc>
      </w:tr>
      <w:tr w:rsidR="00BB4E7C" w14:paraId="21FCA56D" w14:textId="77777777" w:rsidTr="00154215">
        <w:trPr>
          <w:trHeight w:val="624"/>
          <w:jc w:val="center"/>
        </w:trPr>
        <w:tc>
          <w:tcPr>
            <w:tcW w:w="1117" w:type="pct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41007" w14:textId="77777777" w:rsidR="00BB4E7C" w:rsidRDefault="005C2B94">
            <w:pPr>
              <w:spacing w:after="0" w:line="252" w:lineRule="auto"/>
              <w:jc w:val="center"/>
            </w:pPr>
            <w:proofErr w:type="spellStart"/>
            <w:r>
              <w:rPr>
                <w:rFonts w:ascii="Noto Sans CJK SC" w:eastAsia="Noto Sans CJK SC" w:hAnsi="Noto Sans CJK SC"/>
                <w:b/>
                <w:sz w:val="20"/>
              </w:rPr>
              <w:t>材料真实性</w:t>
            </w:r>
            <w:proofErr w:type="spellEnd"/>
          </w:p>
        </w:tc>
        <w:tc>
          <w:tcPr>
            <w:tcW w:w="388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E7A048" w14:textId="77777777" w:rsidR="00BB4E7C" w:rsidRDefault="005C2B94">
            <w:pPr>
              <w:spacing w:after="0" w:line="252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□ 本表所填信息及所附材料真实、准确、完整</w:t>
            </w:r>
          </w:p>
        </w:tc>
      </w:tr>
      <w:tr w:rsidR="00FE791B" w14:paraId="00755C6C" w14:textId="77777777" w:rsidTr="00A70DB1">
        <w:trPr>
          <w:trHeight w:val="5850"/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36A8E9" w14:textId="699EB3D7" w:rsidR="00FE791B" w:rsidRDefault="00FE791B" w:rsidP="00FE791B">
            <w:pPr>
              <w:jc w:val="both"/>
              <w:rPr>
                <w:rFonts w:ascii="Noto Sans CJK SC" w:eastAsia="宋体" w:hAnsi="Noto Sans CJK SC"/>
                <w:b/>
                <w:sz w:val="21"/>
                <w:lang w:eastAsia="zh-CN"/>
              </w:rPr>
            </w:pPr>
            <w:r>
              <w:rPr>
                <w:rFonts w:ascii="Noto Sans CJK SC" w:eastAsia="Noto Sans CJK SC" w:hAnsi="Noto Sans CJK SC"/>
                <w:b/>
                <w:sz w:val="21"/>
                <w:lang w:eastAsia="zh-CN"/>
              </w:rPr>
              <w:t>推荐单位审核与推荐意见（单位推荐填写）</w:t>
            </w:r>
          </w:p>
          <w:p w14:paraId="01072C3D" w14:textId="77777777" w:rsidR="00FE791B" w:rsidRPr="00A70DB1" w:rsidRDefault="00FE791B" w:rsidP="00A70DB1">
            <w:pPr>
              <w:jc w:val="both"/>
              <w:rPr>
                <w:rFonts w:eastAsia="宋体" w:hint="eastAsia"/>
                <w:lang w:eastAsia="zh-CN"/>
              </w:rPr>
            </w:pPr>
          </w:p>
          <w:p w14:paraId="3EFAAA64" w14:textId="77777777" w:rsidR="00FE791B" w:rsidRDefault="00FE791B" w:rsidP="00A70DB1">
            <w:pPr>
              <w:ind w:firstLine="420"/>
              <w:jc w:val="both"/>
              <w:rPr>
                <w:lang w:eastAsia="zh-CN"/>
              </w:rPr>
            </w:pPr>
            <w:r>
              <w:rPr>
                <w:sz w:val="21"/>
                <w:lang w:eastAsia="zh-CN"/>
              </w:rPr>
              <w:t>经审核，推荐论文及相关材料真实、完整，符合</w:t>
            </w:r>
            <w:r>
              <w:rPr>
                <w:sz w:val="21"/>
                <w:lang w:eastAsia="zh-CN"/>
              </w:rPr>
              <w:t>《中国铁道学会高质量博士、硕士学位论文汇编</w:t>
            </w:r>
            <w:r>
              <w:rPr>
                <w:rFonts w:ascii="宋体" w:eastAsia="宋体" w:hAnsi="宋体" w:cs="宋体" w:hint="eastAsia"/>
                <w:sz w:val="21"/>
                <w:lang w:eastAsia="zh-CN"/>
              </w:rPr>
              <w:t>实施</w:t>
            </w:r>
            <w:r>
              <w:rPr>
                <w:sz w:val="21"/>
                <w:lang w:eastAsia="zh-CN"/>
              </w:rPr>
              <w:t>办法（征求意见稿）》</w:t>
            </w:r>
            <w:r>
              <w:rPr>
                <w:sz w:val="21"/>
                <w:lang w:eastAsia="zh-CN"/>
              </w:rPr>
              <w:t>及年度推荐通知规定的推荐条件，同意推荐。</w:t>
            </w:r>
          </w:p>
          <w:p w14:paraId="31679D90" w14:textId="77777777" w:rsidR="00FE791B" w:rsidRDefault="00FE791B" w:rsidP="00A70DB1">
            <w:pPr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br/>
              <w:t>推荐单位负责人签字：____________________        推荐单位（公章）：</w:t>
            </w:r>
            <w:r>
              <w:rPr>
                <w:sz w:val="21"/>
                <w:lang w:eastAsia="zh-CN"/>
              </w:rPr>
              <w:br/>
            </w:r>
          </w:p>
          <w:p w14:paraId="233341F0" w14:textId="08F7CDA0" w:rsidR="00FE791B" w:rsidRDefault="00FE791B" w:rsidP="00A70DB1">
            <w:pPr>
              <w:spacing w:after="0" w:line="252" w:lineRule="auto"/>
              <w:jc w:val="right"/>
              <w:rPr>
                <w:sz w:val="20"/>
                <w:lang w:eastAsia="zh-CN"/>
              </w:rPr>
            </w:pPr>
            <w:r>
              <w:rPr>
                <w:sz w:val="21"/>
                <w:lang w:eastAsia="zh-CN"/>
              </w:rPr>
              <w:br/>
              <w:t xml:space="preserve">日期：   </w:t>
            </w:r>
            <w:r>
              <w:rPr>
                <w:sz w:val="21"/>
                <w:lang w:eastAsia="zh-CN"/>
              </w:rPr>
              <w:t xml:space="preserve">     </w:t>
            </w:r>
            <w:r>
              <w:rPr>
                <w:sz w:val="21"/>
                <w:lang w:eastAsia="zh-CN"/>
              </w:rPr>
              <w:t xml:space="preserve">   年</w:t>
            </w:r>
            <w:r>
              <w:rPr>
                <w:rFonts w:eastAsia="宋体" w:hint="eastAsia"/>
                <w:sz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lang w:eastAsia="zh-CN"/>
              </w:rPr>
              <w:t xml:space="preserve">   </w:t>
            </w:r>
            <w:r>
              <w:rPr>
                <w:sz w:val="21"/>
                <w:lang w:eastAsia="zh-CN"/>
              </w:rPr>
              <w:t xml:space="preserve">    月   </w:t>
            </w:r>
            <w:r>
              <w:rPr>
                <w:sz w:val="21"/>
                <w:lang w:eastAsia="zh-CN"/>
              </w:rPr>
              <w:t xml:space="preserve">    </w:t>
            </w:r>
            <w:r>
              <w:rPr>
                <w:sz w:val="21"/>
                <w:lang w:eastAsia="zh-CN"/>
              </w:rPr>
              <w:t xml:space="preserve"> 日</w:t>
            </w:r>
          </w:p>
        </w:tc>
      </w:tr>
    </w:tbl>
    <w:p w14:paraId="73824FE5" w14:textId="77777777" w:rsidR="00BB4E7C" w:rsidRPr="008F1543" w:rsidRDefault="00BB4E7C">
      <w:pPr>
        <w:rPr>
          <w:rFonts w:eastAsia="宋体" w:hint="eastAsia"/>
        </w:rPr>
      </w:pPr>
    </w:p>
    <w:p w14:paraId="246E3CA9" w14:textId="77777777" w:rsidR="00BB4E7C" w:rsidRDefault="005C2B94">
      <w:r>
        <w:rPr>
          <w:rFonts w:ascii="Noto Sans CJK SC" w:eastAsia="Noto Sans CJK SC" w:hAnsi="Noto Sans CJK SC"/>
          <w:b/>
          <w:sz w:val="21"/>
        </w:rPr>
        <w:t>填表说明：</w:t>
      </w:r>
    </w:p>
    <w:p w14:paraId="3419EEAB" w14:textId="77777777" w:rsidR="00BB4E7C" w:rsidRDefault="005C2B94">
      <w:pPr>
        <w:spacing w:after="0" w:line="300" w:lineRule="auto"/>
        <w:rPr>
          <w:lang w:eastAsia="zh-CN"/>
        </w:rPr>
      </w:pPr>
      <w:r>
        <w:rPr>
          <w:sz w:val="20"/>
          <w:lang w:eastAsia="zh-CN"/>
        </w:rPr>
        <w:t>1. 每篇推荐论文填写1份推荐表，“□”处请在相应选项中勾选。</w:t>
      </w:r>
    </w:p>
    <w:p w14:paraId="61E5F6B4" w14:textId="75CB0CEE" w:rsidR="00BB4E7C" w:rsidRDefault="005C2B94">
      <w:pPr>
        <w:spacing w:after="0" w:line="300" w:lineRule="auto"/>
        <w:rPr>
          <w:lang w:eastAsia="zh-CN"/>
        </w:rPr>
      </w:pPr>
      <w:r>
        <w:rPr>
          <w:sz w:val="20"/>
          <w:lang w:eastAsia="zh-CN"/>
        </w:rPr>
        <w:t>2. 单位推荐须由推荐单位负责人签字并加盖单位公章。</w:t>
      </w:r>
    </w:p>
    <w:p w14:paraId="4E363666" w14:textId="77777777" w:rsidR="00BB4E7C" w:rsidRDefault="005C2B94">
      <w:pPr>
        <w:spacing w:after="0" w:line="300" w:lineRule="auto"/>
        <w:rPr>
          <w:lang w:eastAsia="zh-CN"/>
        </w:rPr>
      </w:pPr>
      <w:r>
        <w:rPr>
          <w:sz w:val="20"/>
          <w:lang w:eastAsia="zh-CN"/>
        </w:rPr>
        <w:t xml:space="preserve">3. </w:t>
      </w:r>
      <w:proofErr w:type="gramStart"/>
      <w:r>
        <w:rPr>
          <w:sz w:val="20"/>
          <w:lang w:eastAsia="zh-CN"/>
        </w:rPr>
        <w:t>盲评版</w:t>
      </w:r>
      <w:proofErr w:type="gramEnd"/>
      <w:r>
        <w:rPr>
          <w:sz w:val="20"/>
          <w:lang w:eastAsia="zh-CN"/>
        </w:rPr>
        <w:t>论文须隐去作者姓名、导师姓名、所在单位、致谢、基金项目标注等所有身份标识信息。</w:t>
      </w:r>
    </w:p>
    <w:p w14:paraId="10D1CD2F" w14:textId="0147E255" w:rsidR="00BB4E7C" w:rsidRDefault="005C2B94">
      <w:pPr>
        <w:spacing w:after="0" w:line="300" w:lineRule="auto"/>
        <w:rPr>
          <w:lang w:eastAsia="zh-CN"/>
        </w:rPr>
      </w:pPr>
      <w:r>
        <w:rPr>
          <w:sz w:val="20"/>
          <w:lang w:eastAsia="zh-CN"/>
        </w:rPr>
        <w:t>4. 本表与学位论文、学位证书复印件、答辩委员会评议意见、学术不端检测报告及代表性成果证明材料</w:t>
      </w:r>
      <w:r w:rsidR="00FE791B">
        <w:rPr>
          <w:rFonts w:ascii="宋体" w:eastAsia="宋体" w:hAnsi="宋体" w:cs="宋体" w:hint="eastAsia"/>
          <w:sz w:val="20"/>
          <w:lang w:eastAsia="zh-CN"/>
        </w:rPr>
        <w:t>等文件</w:t>
      </w:r>
      <w:r>
        <w:rPr>
          <w:sz w:val="20"/>
          <w:lang w:eastAsia="zh-CN"/>
        </w:rPr>
        <w:t>一并报送。</w:t>
      </w:r>
    </w:p>
    <w:sectPr w:rsidR="00BB4E7C" w:rsidSect="001542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EE713" w14:textId="77777777" w:rsidR="009E297C" w:rsidRDefault="009E297C">
      <w:pPr>
        <w:spacing w:after="0" w:line="240" w:lineRule="auto"/>
      </w:pPr>
      <w:r>
        <w:separator/>
      </w:r>
    </w:p>
  </w:endnote>
  <w:endnote w:type="continuationSeparator" w:id="0">
    <w:p w14:paraId="21173297" w14:textId="77777777" w:rsidR="009E297C" w:rsidRDefault="009E2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E386E" w14:textId="77777777" w:rsidR="0083623D" w:rsidRDefault="0083623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CCC5" w14:textId="5EBD7732" w:rsidR="00BB4E7C" w:rsidRDefault="00BB4E7C">
    <w:pPr>
      <w:pStyle w:val="a7"/>
      <w:jc w:val="center"/>
      <w:rPr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F6B5" w14:textId="77777777" w:rsidR="0083623D" w:rsidRDefault="008362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95858" w14:textId="77777777" w:rsidR="009E297C" w:rsidRDefault="009E297C">
      <w:pPr>
        <w:spacing w:after="0" w:line="240" w:lineRule="auto"/>
      </w:pPr>
      <w:r>
        <w:separator/>
      </w:r>
    </w:p>
  </w:footnote>
  <w:footnote w:type="continuationSeparator" w:id="0">
    <w:p w14:paraId="3C6DC2EE" w14:textId="77777777" w:rsidR="009E297C" w:rsidRDefault="009E2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7BDD2" w14:textId="77777777" w:rsidR="0083623D" w:rsidRDefault="0083623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2BBB" w14:textId="77777777" w:rsidR="0083623D" w:rsidRDefault="0083623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2D2D" w14:textId="77777777" w:rsidR="0083623D" w:rsidRDefault="0083623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215"/>
    <w:rsid w:val="0029639D"/>
    <w:rsid w:val="00326F90"/>
    <w:rsid w:val="00423F76"/>
    <w:rsid w:val="005C2B94"/>
    <w:rsid w:val="0083623D"/>
    <w:rsid w:val="008F1543"/>
    <w:rsid w:val="009E297C"/>
    <w:rsid w:val="00A70DB1"/>
    <w:rsid w:val="00AA1D8D"/>
    <w:rsid w:val="00B47730"/>
    <w:rsid w:val="00BB4E7C"/>
    <w:rsid w:val="00C82951"/>
    <w:rsid w:val="00CB0664"/>
    <w:rsid w:val="00FC693F"/>
    <w:rsid w:val="00FE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A34D6"/>
  <w14:defaultImageDpi w14:val="300"/>
  <w15:docId w15:val="{AEF9CD38-7410-48E0-B059-3567F218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erif CJK SC" w:eastAsia="Noto Serif CJK SC" w:hAnsi="Noto Serif CJK SC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</Words>
  <Characters>472</Characters>
  <Application>Microsoft Office Word</Application>
  <DocSecurity>0</DocSecurity>
  <Lines>94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Xiaohui Zhang</cp:lastModifiedBy>
  <cp:revision>3</cp:revision>
  <dcterms:created xsi:type="dcterms:W3CDTF">2026-09-30T06:14:00Z</dcterms:created>
  <dcterms:modified xsi:type="dcterms:W3CDTF">2026-09-30T06:14:00Z</dcterms:modified>
  <cp:category/>
</cp:coreProperties>
</file>